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1D7F" w14:textId="450544C5" w:rsidR="00F81BF2" w:rsidRPr="00BE07AB" w:rsidRDefault="00000000" w:rsidP="007D44B2">
      <w:pPr>
        <w:spacing w:after="0" w:line="240" w:lineRule="auto"/>
        <w:jc w:val="center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sz w:val="28"/>
          <w:lang w:val="it-IT"/>
        </w:rPr>
        <w:t>MODELLO A – ISTANZA DI CANDIDATURA</w:t>
      </w:r>
    </w:p>
    <w:p w14:paraId="330593F6" w14:textId="77777777" w:rsidR="00F81BF2" w:rsidRPr="00BE07AB" w:rsidRDefault="00000000" w:rsidP="007D44B2">
      <w:pPr>
        <w:spacing w:after="0" w:line="240" w:lineRule="auto"/>
        <w:jc w:val="center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color w:val="000066"/>
          <w:lang w:val="it-IT"/>
        </w:rPr>
        <w:t>Avviso pubblico per la presentazione di candidature per la nomina dei componenti della Commissione per il rilascio delle Autorizzazioni Sismiche</w:t>
      </w:r>
    </w:p>
    <w:p w14:paraId="30257143" w14:textId="77777777" w:rsidR="007D44B2" w:rsidRPr="00BE07AB" w:rsidRDefault="007D44B2" w:rsidP="007D44B2">
      <w:pPr>
        <w:spacing w:after="0" w:line="240" w:lineRule="auto"/>
        <w:ind w:left="4678"/>
        <w:jc w:val="right"/>
        <w:rPr>
          <w:rFonts w:asciiTheme="majorHAnsi" w:hAnsiTheme="majorHAnsi" w:cstheme="majorHAnsi"/>
          <w:b/>
          <w:color w:val="000066"/>
          <w:sz w:val="24"/>
          <w:szCs w:val="24"/>
          <w:highlight w:val="yellow"/>
          <w:lang w:val="it-IT"/>
        </w:rPr>
      </w:pPr>
    </w:p>
    <w:p w14:paraId="38101F19" w14:textId="514A72DD" w:rsidR="00F81BF2" w:rsidRPr="00132540" w:rsidRDefault="00000000" w:rsidP="007D44B2">
      <w:pPr>
        <w:spacing w:after="0" w:line="240" w:lineRule="auto"/>
        <w:ind w:left="4678"/>
        <w:jc w:val="right"/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  <w:t>Al Comune di Castelpoto</w:t>
      </w:r>
    </w:p>
    <w:p w14:paraId="33779C3B" w14:textId="77777777" w:rsidR="00132540" w:rsidRPr="00132540" w:rsidRDefault="00BF62AF" w:rsidP="000B1093">
      <w:pPr>
        <w:spacing w:after="0" w:line="240" w:lineRule="auto"/>
        <w:ind w:left="3828"/>
        <w:jc w:val="right"/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  <w:t>Responsabile dell’Ufficio Tecnico</w:t>
      </w:r>
    </w:p>
    <w:p w14:paraId="5D85D553" w14:textId="38D08B2A" w:rsidR="00F81BF2" w:rsidRPr="00132540" w:rsidRDefault="000B1093" w:rsidP="000B1093">
      <w:pPr>
        <w:spacing w:after="0" w:line="240" w:lineRule="auto"/>
        <w:ind w:left="3828"/>
        <w:jc w:val="right"/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  <w:t>arch. Antonio Soriano</w:t>
      </w:r>
    </w:p>
    <w:p w14:paraId="0FE14902" w14:textId="4D218405" w:rsidR="000B1093" w:rsidRPr="000B1093" w:rsidRDefault="00000000" w:rsidP="000B1093">
      <w:pPr>
        <w:spacing w:after="0" w:line="240" w:lineRule="auto"/>
        <w:ind w:left="5103"/>
        <w:jc w:val="right"/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  <w:t>PEC:</w:t>
        <w:tab/>
      </w:r>
      <w:hyperlink r:id="rId8" w:history="1">
        <w:r>
          <w:rPr>
            <w:rStyle w:val="Collegamentoipertestuale"/>
            <w:rFonts w:asciiTheme="majorHAnsi" w:hAnsiTheme="majorHAnsi" w:cstheme="majorHAnsi"/>
            <w:bCs/>
            <w:sz w:val="24"/>
            <w:szCs w:val="24"/>
            <w:lang w:val="it-IT"/>
          </w:rPr>
          <w:t>castelpoto@pec.cstsannio.it</w:t>
        </w:r>
      </w:hyperlink>
    </w:p>
    <w:p w14:paraId="62F64AE0" w14:textId="77777777" w:rsidR="000B1093" w:rsidRPr="00BE07AB" w:rsidRDefault="000B1093" w:rsidP="007D44B2">
      <w:pPr>
        <w:spacing w:after="0" w:line="240" w:lineRule="auto"/>
        <w:ind w:left="4678"/>
        <w:jc w:val="right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</w:p>
    <w:p w14:paraId="160FC5EA" w14:textId="77777777" w:rsidR="007D44B2" w:rsidRPr="00BE07AB" w:rsidRDefault="007D44B2" w:rsidP="007D44B2">
      <w:pPr>
        <w:spacing w:after="0" w:line="240" w:lineRule="auto"/>
        <w:jc w:val="both"/>
        <w:rPr>
          <w:rFonts w:asciiTheme="majorHAnsi" w:hAnsiTheme="majorHAnsi" w:cstheme="majorHAnsi"/>
          <w:b/>
          <w:color w:val="000066"/>
          <w:sz w:val="24"/>
          <w:lang w:val="it-IT"/>
        </w:rPr>
      </w:pPr>
    </w:p>
    <w:p w14:paraId="2251A5C5" w14:textId="512980A7" w:rsidR="00F81BF2" w:rsidRPr="00BE07AB" w:rsidRDefault="00000000" w:rsidP="00FE76EB">
      <w:pPr>
        <w:tabs>
          <w:tab w:val="left" w:pos="993"/>
        </w:tabs>
        <w:spacing w:after="0" w:line="240" w:lineRule="auto"/>
        <w:ind w:left="990" w:hanging="990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lang w:val="it-IT"/>
        </w:rPr>
        <w:t>Oggetto:</w:t>
        <w:tab/>
      </w:r>
      <w:r>
        <w:rPr>
          <w:rFonts w:asciiTheme="majorHAnsi" w:hAnsiTheme="majorHAnsi" w:cstheme="majorHAnsi"/>
          <w:color w:val="000066"/>
          <w:lang w:val="it-IT"/>
        </w:rPr>
        <w:t>Istanza di candidatura per la nomina dei componenti della Commissione Tecnica Comunale per il rilascio delle Autorizzazioni Sismiche (art. 4-bis L.R. Campania n. 9/1983 e s.m.i.).</w:t>
      </w:r>
    </w:p>
    <w:p w14:paraId="3151489D" w14:textId="77777777" w:rsidR="00F81BF2" w:rsidRPr="00BE07AB" w:rsidRDefault="00F81BF2" w:rsidP="007D44B2">
      <w:pPr>
        <w:spacing w:after="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</w:p>
    <w:p w14:paraId="165B84E8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lang w:val="it-IT"/>
        </w:rPr>
        <w:t>Dati del candidato</w:t>
      </w:r>
    </w:p>
    <w:p w14:paraId="500671E7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Il/La sottoscritto/a (Cognome e Nome) ______________________________________________</w:t>
      </w:r>
    </w:p>
    <w:p w14:paraId="224C788C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 xml:space="preserve">Nato/a a ______________________________________________</w:t>
      </w:r>
    </w:p>
    <w:p w14:paraId="6AB94D3A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il (data) ______________________________________________</w:t>
      </w:r>
    </w:p>
    <w:p w14:paraId="61D49704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Codice fiscale ______________________________________________</w:t>
      </w:r>
    </w:p>
    <w:p w14:paraId="33B25257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Residente in (Comune/Prov.) ______________________________________________</w:t>
      </w:r>
    </w:p>
    <w:p w14:paraId="5B0D9DEF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Via/Piazza n. ______________________________________________</w:t>
      </w:r>
    </w:p>
    <w:p w14:paraId="3470BADB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CAP ______________________________________________</w:t>
      </w:r>
    </w:p>
    <w:p w14:paraId="63BD4603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Telefono ______________________________________________</w:t>
      </w:r>
    </w:p>
    <w:p w14:paraId="6F33D4DA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E-mail ______________________________________________</w:t>
      </w:r>
    </w:p>
    <w:p w14:paraId="3279A163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PEC ______________________________________________</w:t>
      </w:r>
    </w:p>
    <w:p w14:paraId="7F3125E8" w14:textId="77777777" w:rsidR="00F81BF2" w:rsidRPr="00BE07AB" w:rsidRDefault="00F81BF2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</w:p>
    <w:p w14:paraId="1B883869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lang w:val="it-IT"/>
        </w:rPr>
        <w:t>Qualifica professionale</w:t>
      </w:r>
    </w:p>
    <w:p w14:paraId="53E8C2D3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Ingegnere</w:t>
      </w:r>
    </w:p>
    <w:p w14:paraId="2386F8B6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Architetto</w:t>
      </w:r>
    </w:p>
    <w:p w14:paraId="0C0032B7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Geologo</w:t>
      </w:r>
    </w:p>
    <w:p w14:paraId="7EA64CBA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Geometra</w:t>
      </w:r>
    </w:p>
    <w:p w14:paraId="4CDA68E4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color w:val="000066"/>
          <w:lang w:val="it-IT"/>
        </w:rPr>
        <w:t>Altro (specificare): ________________________________________________</w:t>
      </w:r>
    </w:p>
    <w:p w14:paraId="71F6CD44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lang w:val="it-IT"/>
        </w:rPr>
        <w:t xml:space="preserve">Iscritto/a all’Albo/Ordine/Collegio di </w:t>
      </w:r>
      <w:r>
        <w:rPr>
          <w:rFonts w:asciiTheme="majorHAnsi" w:hAnsiTheme="majorHAnsi" w:cstheme="majorHAnsi"/>
          <w:color w:val="000066"/>
          <w:lang w:val="it-IT"/>
        </w:rPr>
        <w:t>______________________________________________</w:t>
      </w:r>
    </w:p>
    <w:p w14:paraId="242D8CC3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lang w:val="it-IT"/>
        </w:rPr>
        <w:t xml:space="preserve">Sezione / Settore </w:t>
      </w:r>
      <w:r>
        <w:rPr>
          <w:rFonts w:asciiTheme="majorHAnsi" w:hAnsiTheme="majorHAnsi" w:cstheme="majorHAnsi"/>
          <w:color w:val="000066"/>
          <w:lang w:val="it-IT"/>
        </w:rPr>
        <w:t>______________________________________________</w:t>
      </w:r>
    </w:p>
    <w:p w14:paraId="027DCD6A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lang w:val="it-IT"/>
        </w:rPr>
        <w:t xml:space="preserve">Numero di iscrizione </w:t>
      </w:r>
      <w:r>
        <w:rPr>
          <w:rFonts w:asciiTheme="majorHAnsi" w:hAnsiTheme="majorHAnsi" w:cstheme="majorHAnsi"/>
          <w:color w:val="000066"/>
          <w:lang w:val="it-IT"/>
        </w:rPr>
        <w:t>______________________________________________</w:t>
      </w:r>
    </w:p>
    <w:p w14:paraId="2F3E144E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lang w:val="it-IT"/>
        </w:rPr>
        <w:t xml:space="preserve">Data di iscrizione </w:t>
      </w:r>
      <w:r>
        <w:rPr>
          <w:rFonts w:asciiTheme="majorHAnsi" w:hAnsiTheme="majorHAnsi" w:cstheme="majorHAnsi"/>
          <w:color w:val="000066"/>
          <w:lang w:val="it-IT"/>
        </w:rPr>
        <w:t>______________________________________________</w:t>
      </w:r>
    </w:p>
    <w:p w14:paraId="7B9DC209" w14:textId="77777777" w:rsidR="00F81BF2" w:rsidRPr="00BE07AB" w:rsidRDefault="00F81BF2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</w:p>
    <w:p w14:paraId="271B6514" w14:textId="77777777" w:rsidR="00132540" w:rsidRDefault="00132540" w:rsidP="00487D68">
      <w:pPr>
        <w:spacing w:before="120" w:after="120" w:line="240" w:lineRule="auto"/>
        <w:jc w:val="both"/>
        <w:rPr>
          <w:rFonts w:asciiTheme="majorHAnsi" w:hAnsiTheme="majorHAnsi" w:cstheme="majorHAnsi"/>
          <w:b/>
          <w:color w:val="000066"/>
          <w:sz w:val="24"/>
          <w:lang w:val="it-IT"/>
        </w:rPr>
      </w:pPr>
    </w:p>
    <w:p w14:paraId="6E29D1F9" w14:textId="4B37649B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lang w:val="it-IT"/>
        </w:rPr>
        <w:lastRenderedPageBreak/>
        <w:t>Tipologia di componente per cui si presenta candidatura</w:t>
      </w:r>
    </w:p>
    <w:p w14:paraId="55691D4A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Componente “senior” (laurea vecchio ordinamento in ingegneria/architettura con comprovata esperienza in collaudi sismici, oppure laurea specialistica/magistrale in ingegneria civile con comprovata esperienza in collaudi sismici).</w:t>
      </w:r>
    </w:p>
    <w:p w14:paraId="3C958603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Componente “giovane” (ingegnere/architetto con massimo cinque anni di iscrizione all’Albo).</w:t>
      </w:r>
    </w:p>
    <w:p w14:paraId="4F42EAAB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Componente Geologo (parere limitatamente alle competenze professionali).</w:t>
      </w:r>
    </w:p>
    <w:p w14:paraId="55318A32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Componente Geometra (parere limitatamente alle competenze professionali).</w:t>
      </w:r>
    </w:p>
    <w:p w14:paraId="4F625DEE" w14:textId="77777777" w:rsidR="00F81BF2" w:rsidRPr="00BE07AB" w:rsidRDefault="00000000" w:rsidP="00487D68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color w:val="000066"/>
          <w:lang w:val="it-IT"/>
        </w:rPr>
      </w:pPr>
      <w:r>
        <w:rPr>
          <w:rFonts w:asciiTheme="majorHAnsi" w:hAnsiTheme="majorHAnsi" w:cstheme="majorHAnsi"/>
          <w:b/>
          <w:bCs/>
          <w:color w:val="000066"/>
          <w:lang w:val="it-IT"/>
        </w:rPr>
        <w:t>CHIEDE</w:t>
      </w:r>
    </w:p>
    <w:p w14:paraId="0BBA54A5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color w:val="000066"/>
          <w:lang w:val="it-IT"/>
        </w:rPr>
        <w:t>di essere ammesso/a alla selezione e di essere inserito/a nell’elenco comunale dei professionisti idonei alla nomina quale componente della Commissione Tecnica Comunale per il rilascio delle Autorizzazioni Sismiche, secondo quanto previsto dall’Avviso pubblico.</w:t>
      </w:r>
    </w:p>
    <w:p w14:paraId="064E07F9" w14:textId="77777777" w:rsidR="00F81BF2" w:rsidRPr="00BE07AB" w:rsidRDefault="00F81BF2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</w:p>
    <w:p w14:paraId="7A94A09D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lang w:val="it-IT"/>
        </w:rPr>
        <w:t>Documentazione allegata (obbligatoria)</w:t>
      </w:r>
    </w:p>
    <w:p w14:paraId="32E299FA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Modello B – Dichiarazione sostitutiva dell’atto di notorietà, debitamente compilata e sottoscritta.</w:t>
      </w:r>
    </w:p>
    <w:p w14:paraId="3A39D7E0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Curriculum vitae in formato europeo (con evidenza delle competenze/esperienze in materia sismica).</w:t>
      </w:r>
    </w:p>
    <w:p w14:paraId="581B6DDC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Copia di documento di identità in corso di validità.</w:t>
      </w:r>
    </w:p>
    <w:p w14:paraId="2F5287AF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="Segoe UI Symbol" w:hAnsi="Segoe UI Symbol" w:cs="Segoe UI Symbol"/>
          <w:color w:val="000066"/>
          <w:lang w:val="it-IT"/>
        </w:rPr>
        <w:t>☐</w:t>
      </w:r>
      <w:r>
        <w:rPr>
          <w:rFonts w:asciiTheme="majorHAnsi" w:hAnsiTheme="majorHAnsi" w:cstheme="majorHAnsi"/>
          <w:color w:val="000066"/>
          <w:lang w:val="it-IT"/>
        </w:rPr>
        <w:t xml:space="preserve"> Ulteriore documentazione a supporto (attestati, certificazioni, incarichi, ecc.) – facoltativa.</w:t>
      </w:r>
    </w:p>
    <w:p w14:paraId="0C2C1A98" w14:textId="77777777" w:rsidR="00F81BF2" w:rsidRPr="00BE07AB" w:rsidRDefault="00F81BF2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</w:p>
    <w:p w14:paraId="130500C7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lang w:val="it-IT"/>
        </w:rPr>
        <w:t>Trattamento dei dati personali</w:t>
      </w:r>
    </w:p>
    <w:p w14:paraId="41FB97AD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color w:val="000066"/>
          <w:lang w:val="it-IT"/>
        </w:rPr>
        <w:t>Il/La sottoscritto/a dichiara di essere informato/a, ai sensi del Regolamento (UE) 2016/679 e del D.Lgs. 30 giugno 2003, n. 196, come modificato dal D.Lgs. 10 agosto 2018, n. 101, che i dati forniti saranno trattati esclusivamente per le finalità connesse alla presente procedura, secondo quanto indicato nell'informativa privacy allegata all'Avviso pubblico.</w:t>
      </w:r>
    </w:p>
    <w:p w14:paraId="6BF6A954" w14:textId="77777777" w:rsidR="00F81BF2" w:rsidRPr="00BE07AB" w:rsidRDefault="00F81BF2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</w:p>
    <w:p w14:paraId="70CAE16A" w14:textId="77777777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color w:val="000066"/>
          <w:lang w:val="it-IT"/>
        </w:rPr>
        <w:t>Luogo e data: _______________________, ____/____/________</w:t>
      </w:r>
    </w:p>
    <w:p w14:paraId="3236A0E9" w14:textId="77777777" w:rsidR="00F81BF2" w:rsidRPr="00BE07AB" w:rsidRDefault="00F81BF2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</w:p>
    <w:p w14:paraId="74C7D8CB" w14:textId="7C29C4EE" w:rsidR="00F81BF2" w:rsidRPr="00BE07AB" w:rsidRDefault="00000000" w:rsidP="00487D68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lang w:val="it-IT"/>
        </w:rPr>
      </w:pPr>
      <w:r>
        <w:rPr>
          <w:rFonts w:asciiTheme="majorHAnsi" w:hAnsiTheme="majorHAnsi" w:cstheme="majorHAnsi"/>
          <w:color w:val="000066"/>
          <w:lang w:val="it-IT"/>
        </w:rPr>
        <w:t xml:space="preserve">Firma (leggibile) e timbro ____________________________________________</w:t>
      </w:r>
    </w:p>
    <w:sectPr w:rsidR="00F81BF2" w:rsidRPr="00BE07AB" w:rsidSect="00955947">
      <w:footerReference w:type="default" r:id="rId9"/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8827D" w14:textId="77777777" w:rsidR="00B47A8B" w:rsidRDefault="00B47A8B" w:rsidP="00A7012B">
      <w:pPr>
        <w:spacing w:after="0" w:line="240" w:lineRule="auto"/>
      </w:pPr>
      <w:r>
        <w:separator/>
      </w:r>
    </w:p>
  </w:endnote>
  <w:endnote w:type="continuationSeparator" w:id="0">
    <w:p w14:paraId="0DD1F936" w14:textId="77777777" w:rsidR="00B47A8B" w:rsidRDefault="00B47A8B" w:rsidP="00A7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5033651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color w:val="000066"/>
      </w:rPr>
    </w:sdtEndPr>
    <w:sdtContent>
      <w:p w14:paraId="6776C3D6" w14:textId="71F1FF7B" w:rsidR="00A66F80" w:rsidRPr="00A66F80" w:rsidRDefault="00A66F80">
        <w:pPr>
          <w:pStyle w:val="Pidipagina"/>
          <w:jc w:val="center"/>
          <w:rPr>
            <w:rFonts w:asciiTheme="majorHAnsi" w:hAnsiTheme="majorHAnsi" w:cstheme="majorHAnsi"/>
            <w:color w:val="000066"/>
          </w:rPr>
        </w:pPr>
        <w:r w:rsidRPr="00A66F80">
          <w:rPr>
            <w:rFonts w:asciiTheme="majorHAnsi" w:hAnsiTheme="majorHAnsi" w:cstheme="majorHAnsi"/>
            <w:color w:val="000066"/>
          </w:rPr>
          <w:fldChar w:fldCharType="begin"/>
        </w:r>
        <w:r w:rsidRPr="00A66F80">
          <w:rPr>
            <w:rFonts w:asciiTheme="majorHAnsi" w:hAnsiTheme="majorHAnsi" w:cstheme="majorHAnsi"/>
            <w:color w:val="000066"/>
          </w:rPr>
          <w:instrText>PAGE   \* MERGEFORMAT</w:instrText>
        </w:r>
        <w:r w:rsidRPr="00A66F80">
          <w:rPr>
            <w:rFonts w:asciiTheme="majorHAnsi" w:hAnsiTheme="majorHAnsi" w:cstheme="majorHAnsi"/>
            <w:color w:val="000066"/>
          </w:rPr>
          <w:fldChar w:fldCharType="separate"/>
        </w:r>
        <w:r w:rsidRPr="00A66F80">
          <w:rPr>
            <w:rFonts w:asciiTheme="majorHAnsi" w:hAnsiTheme="majorHAnsi" w:cstheme="majorHAnsi"/>
            <w:color w:val="000066"/>
            <w:lang w:val="it-IT"/>
          </w:rPr>
          <w:t>2</w:t>
        </w:r>
        <w:r w:rsidRPr="00A66F80">
          <w:rPr>
            <w:rFonts w:asciiTheme="majorHAnsi" w:hAnsiTheme="majorHAnsi" w:cstheme="majorHAnsi"/>
            <w:color w:val="00006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0872" w14:textId="77777777" w:rsidR="00B47A8B" w:rsidRDefault="00B47A8B" w:rsidP="00A7012B">
      <w:pPr>
        <w:spacing w:after="0" w:line="240" w:lineRule="auto"/>
      </w:pPr>
      <w:r>
        <w:separator/>
      </w:r>
    </w:p>
  </w:footnote>
  <w:footnote w:type="continuationSeparator" w:id="0">
    <w:p w14:paraId="6E75238F" w14:textId="77777777" w:rsidR="00B47A8B" w:rsidRDefault="00B47A8B" w:rsidP="00A70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952010">
    <w:abstractNumId w:val="8"/>
  </w:num>
  <w:num w:numId="2" w16cid:durableId="946544371">
    <w:abstractNumId w:val="6"/>
  </w:num>
  <w:num w:numId="3" w16cid:durableId="642656046">
    <w:abstractNumId w:val="5"/>
  </w:num>
  <w:num w:numId="4" w16cid:durableId="1366835261">
    <w:abstractNumId w:val="4"/>
  </w:num>
  <w:num w:numId="5" w16cid:durableId="1071541818">
    <w:abstractNumId w:val="7"/>
  </w:num>
  <w:num w:numId="6" w16cid:durableId="97259320">
    <w:abstractNumId w:val="3"/>
  </w:num>
  <w:num w:numId="7" w16cid:durableId="814444726">
    <w:abstractNumId w:val="2"/>
  </w:num>
  <w:num w:numId="8" w16cid:durableId="251012598">
    <w:abstractNumId w:val="1"/>
  </w:num>
  <w:num w:numId="9" w16cid:durableId="56067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093"/>
    <w:rsid w:val="00132540"/>
    <w:rsid w:val="0015074B"/>
    <w:rsid w:val="00166900"/>
    <w:rsid w:val="0029639D"/>
    <w:rsid w:val="00300F8C"/>
    <w:rsid w:val="00326F90"/>
    <w:rsid w:val="003D0F8E"/>
    <w:rsid w:val="004110B4"/>
    <w:rsid w:val="00487D68"/>
    <w:rsid w:val="00681701"/>
    <w:rsid w:val="006B2606"/>
    <w:rsid w:val="007D44B2"/>
    <w:rsid w:val="00895FB1"/>
    <w:rsid w:val="00955947"/>
    <w:rsid w:val="00A66F80"/>
    <w:rsid w:val="00A7012B"/>
    <w:rsid w:val="00AA1D8D"/>
    <w:rsid w:val="00B47730"/>
    <w:rsid w:val="00B47A8B"/>
    <w:rsid w:val="00BE07AB"/>
    <w:rsid w:val="00BF62AF"/>
    <w:rsid w:val="00C60F0A"/>
    <w:rsid w:val="00CB0664"/>
    <w:rsid w:val="00F81BF2"/>
    <w:rsid w:val="00FC693F"/>
    <w:rsid w:val="00FE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7D5227"/>
  <w14:defaultImageDpi w14:val="300"/>
  <w15:docId w15:val="{BAB787DB-3242-43EA-846D-8ABA4019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rsid w:val="00C60F0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0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telpoto@pec.cstsann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Addolorata Pontillo</cp:lastModifiedBy>
  <cp:revision>12</cp:revision>
  <dcterms:created xsi:type="dcterms:W3CDTF">2013-12-23T23:15:00Z</dcterms:created>
  <dcterms:modified xsi:type="dcterms:W3CDTF">2026-09-02T15:55:00Z</dcterms:modified>
  <cp:category/>
</cp:coreProperties>
</file>