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DF34E8" w14:textId="77777777" w:rsidR="001F3CD0" w:rsidRPr="006057B7" w:rsidRDefault="00000000" w:rsidP="00827F63">
      <w:pPr>
        <w:spacing w:after="0" w:line="240" w:lineRule="auto"/>
        <w:jc w:val="center"/>
        <w:rPr>
          <w:rFonts w:asciiTheme="majorHAnsi" w:hAnsiTheme="majorHAnsi" w:cstheme="majorHAnsi"/>
          <w:b/>
          <w:color w:val="000066"/>
          <w:sz w:val="28"/>
          <w:lang w:val="it-IT"/>
        </w:rPr>
      </w:pPr>
      <w:r>
        <w:rPr>
          <w:rFonts w:asciiTheme="majorHAnsi" w:hAnsiTheme="majorHAnsi" w:cstheme="majorHAnsi"/>
          <w:b/>
          <w:color w:val="000066"/>
          <w:sz w:val="28"/>
          <w:lang w:val="it-IT"/>
        </w:rPr>
        <w:t>MODELLO B – DICHIARAZIONE SOSTITUTIVA DELL’ATTO DI NOTORIETÀ</w:t>
      </w:r>
    </w:p>
    <w:p w14:paraId="12FD7649" w14:textId="76796EE8" w:rsidR="001F3CD0" w:rsidRPr="006057B7" w:rsidRDefault="00827F63" w:rsidP="00827F63">
      <w:pPr>
        <w:spacing w:after="0" w:line="240" w:lineRule="auto"/>
        <w:jc w:val="center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ai sensi degli artt. 46 e 47 del D.P.R. 28 dicembre 2000, n. 445</w:t>
      </w:r>
    </w:p>
    <w:p w14:paraId="5F008687" w14:textId="77777777" w:rsidR="00827F63" w:rsidRDefault="00827F63" w:rsidP="00827F63">
      <w:pPr>
        <w:spacing w:before="120" w:after="120" w:line="240" w:lineRule="auto"/>
        <w:jc w:val="center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72711A16" w14:textId="77777777" w:rsidR="00827F63" w:rsidRPr="00132540" w:rsidRDefault="00827F63" w:rsidP="00827F63">
      <w:pPr>
        <w:spacing w:after="0" w:line="240" w:lineRule="auto"/>
        <w:jc w:val="right"/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  <w:t>Al Comune di Castelpoto</w:t>
      </w:r>
    </w:p>
    <w:p w14:paraId="7802ADA2" w14:textId="77777777" w:rsidR="00827F63" w:rsidRPr="00132540" w:rsidRDefault="00827F63" w:rsidP="00827F63">
      <w:pPr>
        <w:spacing w:after="0" w:line="240" w:lineRule="auto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Responsabile dell’Ufficio Tecnico</w:t>
      </w:r>
    </w:p>
    <w:p w14:paraId="19CC1292" w14:textId="77777777" w:rsidR="00827F63" w:rsidRPr="00132540" w:rsidRDefault="00827F63" w:rsidP="00827F63">
      <w:pPr>
        <w:spacing w:after="0" w:line="240" w:lineRule="auto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arch. Antonio Soriano</w:t>
      </w:r>
    </w:p>
    <w:p w14:paraId="44F1221D" w14:textId="77777777" w:rsidR="00827F63" w:rsidRPr="000B1093" w:rsidRDefault="00827F63" w:rsidP="00827F63">
      <w:pPr>
        <w:spacing w:after="0" w:line="240" w:lineRule="auto"/>
        <w:jc w:val="right"/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Cs/>
          <w:color w:val="000066"/>
          <w:sz w:val="24"/>
          <w:szCs w:val="24"/>
          <w:lang w:val="it-IT"/>
        </w:rPr>
        <w:t>PEC:</w:t>
        <w:tab/>
      </w:r>
      <w:hyperlink r:id="rId8" w:history="1">
        <w:r>
          <w:rPr>
            <w:rStyle w:val="Collegamentoipertestuale"/>
            <w:rFonts w:asciiTheme="majorHAnsi" w:hAnsiTheme="majorHAnsi" w:cstheme="majorHAnsi"/>
            <w:bCs/>
            <w:sz w:val="24"/>
            <w:szCs w:val="24"/>
            <w:lang w:val="it-IT"/>
          </w:rPr>
          <w:t>castelpoto@pec.cstsannio.it</w:t>
        </w:r>
      </w:hyperlink>
    </w:p>
    <w:p w14:paraId="5E27A81C" w14:textId="77777777" w:rsidR="00827F63" w:rsidRDefault="00827F63" w:rsidP="00827F63">
      <w:pPr>
        <w:spacing w:before="120" w:after="120" w:line="240" w:lineRule="auto"/>
        <w:jc w:val="center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166BAA32" w14:textId="3B6CF60A" w:rsidR="00827F63" w:rsidRPr="00827F63" w:rsidRDefault="00827F63" w:rsidP="00827F63">
      <w:pPr>
        <w:spacing w:before="120" w:after="120" w:line="240" w:lineRule="auto"/>
        <w:jc w:val="center"/>
        <w:rPr>
          <w:rFonts w:asciiTheme="majorHAnsi" w:hAnsiTheme="majorHAnsi" w:cstheme="majorHAnsi"/>
          <w:b/>
          <w:bCs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bCs/>
          <w:color w:val="000066"/>
          <w:sz w:val="24"/>
          <w:szCs w:val="24"/>
          <w:lang w:val="it-IT"/>
        </w:rPr>
        <w:t>Avviso pubblico per la presentazione di candidature per la nomina dei componenti della Commissione per il rilascio delle Autorizzazioni Sismiche</w:t>
      </w:r>
    </w:p>
    <w:p w14:paraId="3E90E490" w14:textId="32692924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  <w:t>Dati del dichiarante</w:t>
      </w:r>
    </w:p>
    <w:p w14:paraId="6A8F4666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Il/La sottoscritto/a (Cognome e Nome) ______________________________________________</w:t>
      </w:r>
    </w:p>
    <w:p w14:paraId="158CB011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Nato/a a ______________________________________________</w:t>
      </w:r>
    </w:p>
    <w:p w14:paraId="514B3D10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il (data) ______________________________________________</w:t>
      </w:r>
    </w:p>
    <w:p w14:paraId="4E727431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Codice fiscale ______________________________________________</w:t>
      </w:r>
    </w:p>
    <w:p w14:paraId="17E04C6D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Residente in (Comune/Prov.) ______________________________________________</w:t>
      </w:r>
    </w:p>
    <w:p w14:paraId="12E0B629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Via/Piazza n. ______________________________________________</w:t>
      </w:r>
    </w:p>
    <w:p w14:paraId="51B8FE16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CAP ______________________________________________</w:t>
      </w:r>
    </w:p>
    <w:p w14:paraId="40F87EDD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Telefono ______________________________________________</w:t>
      </w:r>
    </w:p>
    <w:p w14:paraId="1827BB34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E-mail ______________________________________________</w:t>
      </w:r>
    </w:p>
    <w:p w14:paraId="47458857" w14:textId="77777777" w:rsidR="00827F63" w:rsidRPr="00BE07AB" w:rsidRDefault="00827F63" w:rsidP="00827F63">
      <w:pPr>
        <w:spacing w:before="120" w:after="120" w:line="240" w:lineRule="auto"/>
        <w:jc w:val="both"/>
        <w:rPr>
          <w:rFonts w:asciiTheme="majorHAnsi" w:hAnsiTheme="majorHAnsi" w:cstheme="majorHAnsi"/>
          <w:bCs/>
          <w:color w:val="000066"/>
          <w:lang w:val="it-IT"/>
        </w:rPr>
      </w:pPr>
      <w:r>
        <w:rPr>
          <w:rFonts w:asciiTheme="majorHAnsi" w:hAnsiTheme="majorHAnsi" w:cstheme="majorHAnsi"/>
          <w:bCs/>
          <w:color w:val="000066"/>
          <w:lang w:val="it-IT"/>
        </w:rPr>
        <w:t>PEC ______________________________________________</w:t>
      </w:r>
    </w:p>
    <w:p w14:paraId="4C9BD8E3" w14:textId="77777777" w:rsidR="00827F63" w:rsidRPr="00827F63" w:rsidRDefault="00000000" w:rsidP="00827F63">
      <w:pPr>
        <w:spacing w:after="0" w:line="240" w:lineRule="auto"/>
        <w:jc w:val="center"/>
        <w:rPr>
          <w:rFonts w:asciiTheme="majorHAnsi" w:hAnsiTheme="majorHAnsi" w:cstheme="majorHAnsi"/>
          <w:b/>
          <w:color w:val="000066"/>
          <w:sz w:val="32"/>
          <w:szCs w:val="32"/>
          <w:lang w:val="it-IT"/>
        </w:rPr>
      </w:pPr>
      <w:r>
        <w:rPr>
          <w:rFonts w:asciiTheme="majorHAnsi" w:hAnsiTheme="majorHAnsi" w:cstheme="majorHAnsi"/>
          <w:b/>
          <w:color w:val="000066"/>
          <w:sz w:val="32"/>
          <w:szCs w:val="32"/>
          <w:lang w:val="it-IT"/>
        </w:rPr>
        <w:t>DICHIARA</w:t>
      </w:r>
    </w:p>
    <w:p w14:paraId="675C9923" w14:textId="5119248B" w:rsidR="001F3CD0" w:rsidRPr="00827F63" w:rsidRDefault="00000000" w:rsidP="00827F63">
      <w:pPr>
        <w:spacing w:after="0" w:line="240" w:lineRule="auto"/>
        <w:jc w:val="center"/>
        <w:rPr>
          <w:rFonts w:asciiTheme="majorHAnsi" w:hAnsiTheme="majorHAnsi" w:cstheme="majorHAnsi"/>
          <w:bCs/>
          <w:color w:val="000066"/>
          <w:sz w:val="18"/>
          <w:szCs w:val="18"/>
          <w:lang w:val="it-IT"/>
        </w:rPr>
      </w:pPr>
      <w:r>
        <w:rPr>
          <w:rFonts w:asciiTheme="majorHAnsi" w:hAnsiTheme="majorHAnsi" w:cstheme="majorHAnsi"/>
          <w:bCs/>
          <w:color w:val="000066"/>
          <w:sz w:val="18"/>
          <w:szCs w:val="18"/>
          <w:lang w:val="it-IT"/>
        </w:rPr>
        <w:t>(consapevole delle sanzioni penali previste dall’art. 76 del D.P.R. 445/2000 in caso di dichiarazioni mendaci)</w:t>
      </w:r>
    </w:p>
    <w:p w14:paraId="666BD09E" w14:textId="0B538366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essere cittadino/a di uno Stato membro dell’Unione Europea;</w:t>
      </w:r>
    </w:p>
    <w:p w14:paraId="512F35BC" w14:textId="02B5A762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essere in possesso del titolo di studio richiesto dall’Avviso pubblico (specificare): ________________________________________________;</w:t>
      </w:r>
    </w:p>
    <w:p w14:paraId="1B2D3C33" w14:textId="692E3280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essere regolarmente iscritto/a all’Albo/Ordine/Collegio professionale (specificare): ________________________________________________;</w:t>
      </w:r>
    </w:p>
    <w:p w14:paraId="316B2E45" w14:textId="06788A03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possedere specifiche competenze in materia di rischio sismico, come da curriculum e documentazione allegata;</w:t>
      </w:r>
    </w:p>
    <w:p w14:paraId="77DADA50" w14:textId="6E118BFD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avere in essere alcun rapporto di lavoro pubblico, anche provvisorio, con il Comune;</w:t>
      </w:r>
    </w:p>
    <w:p w14:paraId="21F639AF" w14:textId="49D5BD9C" w:rsidR="001F3CD0" w:rsidRPr="00827F63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ricoprire cariche di Amministratore del Comune né di istituzioni comunali, aziende speciali, società partecipate a prevalente capitale pubblico locale costituite o partecipate dal Comune;</w:t>
      </w:r>
    </w:p>
    <w:p w14:paraId="7E0FA38C" w14:textId="68A0456D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rappresentante o dipendente di soggetti ai quali compete esprimere pareri/autorizzazioni/assensi relativamente a quanto di competenza della Commissione;</w:t>
      </w:r>
    </w:p>
    <w:p w14:paraId="39021BCF" w14:textId="40D453B1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avere liti pendenti con il Comune;</w:t>
      </w:r>
    </w:p>
    <w:p w14:paraId="20F1A80C" w14:textId="64DBAA6A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impegnarsi a rispettare il Regolamento comunale per il funzionamento e l’organizzazione delle funzioni in materia sismica, approvato con deliberazione di Consiglio Comunale n. [___] del [__/__/____], e le disposizioni dell’Avviso pubblico;</w:t>
      </w:r>
    </w:p>
    <w:p w14:paraId="71C891A6" w14:textId="6C7E01B7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lastRenderedPageBreak/>
        <w:t>di essere a conoscenza che l’incarico è incompatibile con ogni incarico professionale che riguardi atti/progetti sui quali la Commissione è tenuta a pronunciarsi e di impegnarsi all’astensione in caso di conflitto di interessi;</w:t>
      </w:r>
    </w:p>
    <w:p w14:paraId="36887D79" w14:textId="6C4AFE99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trovarsi in stato di conflitto di interessi rispetto all’Ente comunale;</w:t>
      </w:r>
    </w:p>
    <w:p w14:paraId="2D4261A7" w14:textId="324C1DA9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trovarsi in alcuna delle condizioni di incandidabilità, ineleggibilità, incompatibilità e inconferibilità previste dalla normativa vigente;</w:t>
      </w:r>
    </w:p>
    <w:p w14:paraId="66A8FD36" w14:textId="75DF012E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aver riportato condanne penali e di non essere sottoposto/a a misure di prevenzione o sicurezza, né a misure cautelari personali; ovvero (se del caso) di indicare quanto segue: ________________________________________________;</w:t>
      </w:r>
    </w:p>
    <w:p w14:paraId="7C06EDA2" w14:textId="52D76E09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stato/a destinatario/a, nell’espletamento di attività elettive, di pubblico impiego o professionali, di provvedimenti/sanzioni che abbiano comportato sospensione dalla carica/dal servizio o dall’Ordine professionale; ovvero: ________________________________________________;</w:t>
      </w:r>
    </w:p>
    <w:p w14:paraId="30D76B12" w14:textId="33A58EAA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stato/a revocato/a per giusta causa in precedenti incarichi presso il Comune o altro Ente pubblico; ovvero: ________________________________________________;</w:t>
      </w:r>
    </w:p>
    <w:p w14:paraId="533357E5" w14:textId="602ED005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parente o affine entro il secondo grado del Sindaco, Assessori o Consiglieri comunali del Comune (in caso contrario indicare: ________________________________________________);</w:t>
      </w:r>
    </w:p>
    <w:p w14:paraId="73BFDB88" w14:textId="3C84B102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ricoprire la carica di Consigliere Comunale/Assessore/Presidente nel Comune;</w:t>
      </w:r>
    </w:p>
    <w:p w14:paraId="2255ED77" w14:textId="6BBCDB1B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stato/a candidato/a all’ultima competizione elettorale al Consiglio Comunale del Comune senza essere eletto/a, ove ciò costituisca causa ostativa secondo l’Avviso; ovvero: ________________________________________________;</w:t>
      </w:r>
    </w:p>
    <w:p w14:paraId="5583A7D9" w14:textId="5EBBF957" w:rsidR="001F3CD0" w:rsidRPr="006057B7" w:rsidRDefault="00000000" w:rsidP="00827F63">
      <w:pPr>
        <w:pStyle w:val="Paragrafoelenco"/>
        <w:numPr>
          <w:ilvl w:val="0"/>
          <w:numId w:val="10"/>
        </w:numPr>
        <w:spacing w:before="120" w:after="120" w:line="240" w:lineRule="auto"/>
        <w:ind w:left="426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non essere stato/a nominato/a consecutivamente per più di due volte nello stesso organismo comunale, ove applicabile; ovvero: ________________________________________________;</w:t>
      </w:r>
    </w:p>
    <w:p w14:paraId="3C7D29BF" w14:textId="77777777" w:rsidR="00827F63" w:rsidRDefault="00827F63" w:rsidP="006057B7">
      <w:pPr>
        <w:spacing w:before="120" w:after="120" w:line="240" w:lineRule="auto"/>
        <w:jc w:val="both"/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</w:pPr>
    </w:p>
    <w:p w14:paraId="2A2A1006" w14:textId="6C5964CE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  <w:t>Dichiara inoltre</w:t>
      </w:r>
    </w:p>
    <w:p w14:paraId="2AB57CC4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di allegare copia del documento di identità in corso di validità e di impegnarsi a comunicare tempestivamente ogni variazione rilevante rispetto alle presenti dichiarazioni.</w:t>
      </w:r>
    </w:p>
    <w:p w14:paraId="0F8022BA" w14:textId="77777777" w:rsidR="001F3CD0" w:rsidRPr="006057B7" w:rsidRDefault="001F3CD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41C103E6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b/>
          <w:color w:val="000066"/>
          <w:sz w:val="24"/>
          <w:szCs w:val="24"/>
          <w:lang w:val="it-IT"/>
        </w:rPr>
        <w:t>Informativa sul trattamento dei dati personali</w:t>
      </w:r>
    </w:p>
    <w:p w14:paraId="24BF6F97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Il/La sottoscritto/a dichiara di aver preso visione dell’informativa sul trattamento dei dati personali allegata all’Avviso pubblico, resa ai sensi del Regolamento (UE) 2016/679 e del D.Lgs. 30 giugno 2003, n. 196, come modificato dal D.Lgs. 10 agosto 2018, n. 101, e presta il consenso al trattamento dei dati forniti per le finalità connesse alla presente procedura, nei limiti consentiti dalla legge.</w:t>
      </w:r>
    </w:p>
    <w:p w14:paraId="5F28AFF2" w14:textId="77777777" w:rsidR="001F3CD0" w:rsidRPr="006057B7" w:rsidRDefault="001F3CD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36F2CAAE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Luogo e data: _______________________, ____/____/________</w:t>
      </w:r>
    </w:p>
    <w:p w14:paraId="1B56410A" w14:textId="77777777" w:rsidR="001F3CD0" w:rsidRPr="006057B7" w:rsidRDefault="001F3CD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5709EF94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Firma (leggibile) ____________________________________________</w:t>
      </w:r>
    </w:p>
    <w:p w14:paraId="3338DD87" w14:textId="77777777" w:rsidR="001F3CD0" w:rsidRPr="006057B7" w:rsidRDefault="001F3CD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</w:p>
    <w:p w14:paraId="279758F0" w14:textId="77777777" w:rsidR="001F3CD0" w:rsidRPr="006057B7" w:rsidRDefault="00000000" w:rsidP="006057B7">
      <w:pPr>
        <w:spacing w:before="120" w:after="120" w:line="240" w:lineRule="auto"/>
        <w:jc w:val="both"/>
        <w:rPr>
          <w:rFonts w:asciiTheme="majorHAnsi" w:hAnsiTheme="majorHAnsi" w:cstheme="majorHAnsi"/>
          <w:color w:val="000066"/>
          <w:sz w:val="24"/>
          <w:szCs w:val="24"/>
          <w:lang w:val="it-IT"/>
        </w:rPr>
      </w:pPr>
      <w:r>
        <w:rPr>
          <w:rFonts w:asciiTheme="majorHAnsi" w:hAnsiTheme="majorHAnsi" w:cstheme="majorHAnsi"/>
          <w:color w:val="000066"/>
          <w:sz w:val="24"/>
          <w:szCs w:val="24"/>
          <w:lang w:val="it-IT"/>
        </w:rPr>
        <w:t>Allegare copia di documento di identità in corso di validità.</w:t>
      </w:r>
    </w:p>
    <w:sectPr w:rsidR="001F3CD0" w:rsidRPr="006057B7" w:rsidSect="00A85755">
      <w:footerReference w:type="default" r:id="rId9"/>
      <w:pgSz w:w="12240" w:h="15840"/>
      <w:pgMar w:top="1134" w:right="1247" w:bottom="1247" w:left="124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084FAC" w14:textId="77777777" w:rsidR="00E6068C" w:rsidRDefault="00E6068C" w:rsidP="00827F63">
      <w:pPr>
        <w:spacing w:after="0" w:line="240" w:lineRule="auto"/>
      </w:pPr>
      <w:r>
        <w:separator/>
      </w:r>
    </w:p>
  </w:endnote>
  <w:endnote w:type="continuationSeparator" w:id="0">
    <w:p w14:paraId="1C104E00" w14:textId="77777777" w:rsidR="00E6068C" w:rsidRDefault="00E6068C" w:rsidP="00827F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altName w:val="Calisto MT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13590352"/>
      <w:docPartObj>
        <w:docPartGallery w:val="Page Numbers (Bottom of Page)"/>
        <w:docPartUnique/>
      </w:docPartObj>
    </w:sdtPr>
    <w:sdtEndPr>
      <w:rPr>
        <w:rFonts w:asciiTheme="majorHAnsi" w:hAnsiTheme="majorHAnsi" w:cstheme="majorHAnsi"/>
        <w:color w:val="000066"/>
        <w:sz w:val="18"/>
        <w:szCs w:val="18"/>
      </w:rPr>
    </w:sdtEndPr>
    <w:sdtContent>
      <w:p w14:paraId="0508AB15" w14:textId="57ACCCD0" w:rsidR="00827F63" w:rsidRPr="00827F63" w:rsidRDefault="00827F63">
        <w:pPr>
          <w:pStyle w:val="Pidipagina"/>
          <w:jc w:val="center"/>
          <w:rPr>
            <w:rFonts w:asciiTheme="majorHAnsi" w:hAnsiTheme="majorHAnsi" w:cstheme="majorHAnsi"/>
            <w:color w:val="000066"/>
            <w:sz w:val="18"/>
            <w:szCs w:val="18"/>
          </w:rPr>
        </w:pPr>
        <w:r w:rsidRPr="00827F63">
          <w:rPr>
            <w:rFonts w:asciiTheme="majorHAnsi" w:hAnsiTheme="majorHAnsi" w:cstheme="majorHAnsi"/>
            <w:color w:val="000066"/>
            <w:sz w:val="18"/>
            <w:szCs w:val="18"/>
          </w:rPr>
          <w:fldChar w:fldCharType="begin"/>
        </w:r>
        <w:r w:rsidRPr="00827F63">
          <w:rPr>
            <w:rFonts w:asciiTheme="majorHAnsi" w:hAnsiTheme="majorHAnsi" w:cstheme="majorHAnsi"/>
            <w:color w:val="000066"/>
            <w:sz w:val="18"/>
            <w:szCs w:val="18"/>
          </w:rPr>
          <w:instrText>PAGE   \* MERGEFORMAT</w:instrText>
        </w:r>
        <w:r w:rsidRPr="00827F63">
          <w:rPr>
            <w:rFonts w:asciiTheme="majorHAnsi" w:hAnsiTheme="majorHAnsi" w:cstheme="majorHAnsi"/>
            <w:color w:val="000066"/>
            <w:sz w:val="18"/>
            <w:szCs w:val="18"/>
          </w:rPr>
          <w:fldChar w:fldCharType="separate"/>
        </w:r>
        <w:r w:rsidRPr="00827F63">
          <w:rPr>
            <w:rFonts w:asciiTheme="majorHAnsi" w:hAnsiTheme="majorHAnsi" w:cstheme="majorHAnsi"/>
            <w:color w:val="000066"/>
            <w:sz w:val="18"/>
            <w:szCs w:val="18"/>
            <w:lang w:val="it-IT"/>
          </w:rPr>
          <w:t>2</w:t>
        </w:r>
        <w:r w:rsidRPr="00827F63">
          <w:rPr>
            <w:rFonts w:asciiTheme="majorHAnsi" w:hAnsiTheme="majorHAnsi" w:cstheme="majorHAnsi"/>
            <w:color w:val="000066"/>
            <w:sz w:val="18"/>
            <w:szCs w:val="18"/>
          </w:rPr>
          <w:fldChar w:fldCharType="end"/>
        </w:r>
      </w:p>
    </w:sdtContent>
  </w:sdt>
  <w:p w14:paraId="53CBCA8F" w14:textId="77777777" w:rsidR="00827F63" w:rsidRDefault="00827F63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17704" w14:textId="77777777" w:rsidR="00E6068C" w:rsidRDefault="00E6068C" w:rsidP="00827F63">
      <w:pPr>
        <w:spacing w:after="0" w:line="240" w:lineRule="auto"/>
      </w:pPr>
      <w:r>
        <w:separator/>
      </w:r>
    </w:p>
  </w:footnote>
  <w:footnote w:type="continuationSeparator" w:id="0">
    <w:p w14:paraId="27ECB914" w14:textId="77777777" w:rsidR="00E6068C" w:rsidRDefault="00E6068C" w:rsidP="00827F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Numeroelenco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Numeroelenco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Puntoelenco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Puntoelenco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6DA4392"/>
    <w:multiLevelType w:val="hybridMultilevel"/>
    <w:tmpl w:val="E14478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ED0735"/>
    <w:multiLevelType w:val="hybridMultilevel"/>
    <w:tmpl w:val="D414B996"/>
    <w:lvl w:ilvl="0" w:tplc="76B21362">
      <w:numFmt w:val="bullet"/>
      <w:lvlText w:val="•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68094611">
    <w:abstractNumId w:val="8"/>
  </w:num>
  <w:num w:numId="2" w16cid:durableId="53286185">
    <w:abstractNumId w:val="6"/>
  </w:num>
  <w:num w:numId="3" w16cid:durableId="1285576143">
    <w:abstractNumId w:val="5"/>
  </w:num>
  <w:num w:numId="4" w16cid:durableId="1870022868">
    <w:abstractNumId w:val="4"/>
  </w:num>
  <w:num w:numId="5" w16cid:durableId="2022926300">
    <w:abstractNumId w:val="7"/>
  </w:num>
  <w:num w:numId="6" w16cid:durableId="181869858">
    <w:abstractNumId w:val="3"/>
  </w:num>
  <w:num w:numId="7" w16cid:durableId="1682396045">
    <w:abstractNumId w:val="2"/>
  </w:num>
  <w:num w:numId="8" w16cid:durableId="714475346">
    <w:abstractNumId w:val="1"/>
  </w:num>
  <w:num w:numId="9" w16cid:durableId="1212812134">
    <w:abstractNumId w:val="0"/>
  </w:num>
  <w:num w:numId="10" w16cid:durableId="1095326056">
    <w:abstractNumId w:val="9"/>
  </w:num>
  <w:num w:numId="11" w16cid:durableId="172799178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1F3CD0"/>
    <w:rsid w:val="0029639D"/>
    <w:rsid w:val="00326F90"/>
    <w:rsid w:val="006057B7"/>
    <w:rsid w:val="00681701"/>
    <w:rsid w:val="00827F63"/>
    <w:rsid w:val="00A85755"/>
    <w:rsid w:val="00AA1D8D"/>
    <w:rsid w:val="00B47730"/>
    <w:rsid w:val="00CB0664"/>
    <w:rsid w:val="00E6068C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C455912"/>
  <w14:defaultImageDpi w14:val="300"/>
  <w15:docId w15:val="{34BCA0E2-D29A-45A6-A8F0-D73DD723E2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C693F"/>
  </w:style>
  <w:style w:type="paragraph" w:styleId="Titolo1">
    <w:name w:val="heading 1"/>
    <w:basedOn w:val="Normale"/>
    <w:next w:val="Normale"/>
    <w:link w:val="Titolo1Carattere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olo2">
    <w:name w:val="heading 2"/>
    <w:basedOn w:val="Normale"/>
    <w:next w:val="Normale"/>
    <w:link w:val="Titolo2Carattere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618BF"/>
  </w:style>
  <w:style w:type="paragraph" w:styleId="Pidipagina">
    <w:name w:val="footer"/>
    <w:basedOn w:val="Normale"/>
    <w:link w:val="PidipaginaCarattere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E618BF"/>
  </w:style>
  <w:style w:type="paragraph" w:styleId="Nessunaspaziatura">
    <w:name w:val="No Spacing"/>
    <w:uiPriority w:val="1"/>
    <w:qFormat/>
    <w:rsid w:val="00FC693F"/>
    <w:pPr>
      <w:spacing w:after="0" w:line="240" w:lineRule="auto"/>
    </w:pPr>
  </w:style>
  <w:style w:type="character" w:customStyle="1" w:styleId="Titolo1Carattere">
    <w:name w:val="Titolo 1 Carattere"/>
    <w:basedOn w:val="Carpredefinitoparagrafo"/>
    <w:link w:val="Tito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olo2Carattere">
    <w:name w:val="Titolo 2 Carattere"/>
    <w:basedOn w:val="Carpredefinitoparagrafo"/>
    <w:link w:val="Tito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olo3Carattere">
    <w:name w:val="Titolo 3 Carattere"/>
    <w:basedOn w:val="Carpredefinitoparagrafo"/>
    <w:link w:val="Tito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olo">
    <w:name w:val="Title"/>
    <w:basedOn w:val="Normale"/>
    <w:next w:val="Normale"/>
    <w:link w:val="TitoloCarattere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FC693F"/>
    <w:pPr>
      <w:ind w:left="720"/>
      <w:contextualSpacing/>
    </w:pPr>
  </w:style>
  <w:style w:type="paragraph" w:styleId="Corpotesto">
    <w:name w:val="Body Text"/>
    <w:basedOn w:val="Normale"/>
    <w:link w:val="CorpotestoCarattere"/>
    <w:uiPriority w:val="99"/>
    <w:unhideWhenUsed/>
    <w:rsid w:val="00AA1D8D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rsid w:val="00AA1D8D"/>
  </w:style>
  <w:style w:type="paragraph" w:styleId="Corpodeltesto2">
    <w:name w:val="Body Text 2"/>
    <w:basedOn w:val="Normale"/>
    <w:link w:val="Corpodeltesto2Carattere"/>
    <w:uiPriority w:val="99"/>
    <w:unhideWhenUsed/>
    <w:rsid w:val="00AA1D8D"/>
    <w:pPr>
      <w:spacing w:after="120" w:line="480" w:lineRule="auto"/>
    </w:pPr>
  </w:style>
  <w:style w:type="character" w:customStyle="1" w:styleId="Corpodeltesto2Carattere">
    <w:name w:val="Corpo del testo 2 Carattere"/>
    <w:basedOn w:val="Carpredefinitoparagrafo"/>
    <w:link w:val="Corpodeltesto2"/>
    <w:uiPriority w:val="99"/>
    <w:rsid w:val="00AA1D8D"/>
  </w:style>
  <w:style w:type="paragraph" w:styleId="Corpodeltesto3">
    <w:name w:val="Body Text 3"/>
    <w:basedOn w:val="Normale"/>
    <w:link w:val="Corpodeltesto3Carattere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rsid w:val="00AA1D8D"/>
    <w:rPr>
      <w:sz w:val="16"/>
      <w:szCs w:val="16"/>
    </w:rPr>
  </w:style>
  <w:style w:type="paragraph" w:styleId="Elenco">
    <w:name w:val="List"/>
    <w:basedOn w:val="Normale"/>
    <w:uiPriority w:val="99"/>
    <w:unhideWhenUsed/>
    <w:rsid w:val="00AA1D8D"/>
    <w:pPr>
      <w:ind w:left="360" w:hanging="360"/>
      <w:contextualSpacing/>
    </w:pPr>
  </w:style>
  <w:style w:type="paragraph" w:styleId="Elenco2">
    <w:name w:val="List 2"/>
    <w:basedOn w:val="Normale"/>
    <w:uiPriority w:val="99"/>
    <w:unhideWhenUsed/>
    <w:rsid w:val="00326F90"/>
    <w:pPr>
      <w:ind w:left="720" w:hanging="360"/>
      <w:contextualSpacing/>
    </w:pPr>
  </w:style>
  <w:style w:type="paragraph" w:styleId="Elenco3">
    <w:name w:val="List 3"/>
    <w:basedOn w:val="Normale"/>
    <w:uiPriority w:val="99"/>
    <w:unhideWhenUsed/>
    <w:rsid w:val="00326F90"/>
    <w:pPr>
      <w:ind w:left="1080" w:hanging="360"/>
      <w:contextualSpacing/>
    </w:pPr>
  </w:style>
  <w:style w:type="paragraph" w:styleId="Puntoelenco">
    <w:name w:val="List Bullet"/>
    <w:basedOn w:val="Normale"/>
    <w:uiPriority w:val="99"/>
    <w:unhideWhenUsed/>
    <w:rsid w:val="00326F90"/>
    <w:pPr>
      <w:numPr>
        <w:numId w:val="1"/>
      </w:numPr>
      <w:contextualSpacing/>
    </w:pPr>
  </w:style>
  <w:style w:type="paragraph" w:styleId="Puntoelenco2">
    <w:name w:val="List Bullet 2"/>
    <w:basedOn w:val="Normale"/>
    <w:uiPriority w:val="99"/>
    <w:unhideWhenUsed/>
    <w:rsid w:val="00326F90"/>
    <w:pPr>
      <w:numPr>
        <w:numId w:val="2"/>
      </w:numPr>
      <w:contextualSpacing/>
    </w:pPr>
  </w:style>
  <w:style w:type="paragraph" w:styleId="Puntoelenco3">
    <w:name w:val="List Bullet 3"/>
    <w:basedOn w:val="Normale"/>
    <w:uiPriority w:val="99"/>
    <w:unhideWhenUsed/>
    <w:rsid w:val="00326F90"/>
    <w:pPr>
      <w:numPr>
        <w:numId w:val="3"/>
      </w:numPr>
      <w:contextualSpacing/>
    </w:pPr>
  </w:style>
  <w:style w:type="paragraph" w:styleId="Numeroelenco">
    <w:name w:val="List Number"/>
    <w:basedOn w:val="Normale"/>
    <w:uiPriority w:val="99"/>
    <w:unhideWhenUsed/>
    <w:rsid w:val="00326F90"/>
    <w:pPr>
      <w:numPr>
        <w:numId w:val="5"/>
      </w:numPr>
      <w:contextualSpacing/>
    </w:pPr>
  </w:style>
  <w:style w:type="paragraph" w:styleId="Numeroelenco2">
    <w:name w:val="List Number 2"/>
    <w:basedOn w:val="Normale"/>
    <w:uiPriority w:val="99"/>
    <w:unhideWhenUsed/>
    <w:rsid w:val="0029639D"/>
    <w:pPr>
      <w:numPr>
        <w:numId w:val="6"/>
      </w:numPr>
      <w:contextualSpacing/>
    </w:pPr>
  </w:style>
  <w:style w:type="paragraph" w:styleId="Numeroelenco3">
    <w:name w:val="List Number 3"/>
    <w:basedOn w:val="Normale"/>
    <w:uiPriority w:val="99"/>
    <w:unhideWhenUsed/>
    <w:rsid w:val="0029639D"/>
    <w:pPr>
      <w:numPr>
        <w:numId w:val="7"/>
      </w:numPr>
      <w:contextualSpacing/>
    </w:pPr>
  </w:style>
  <w:style w:type="paragraph" w:styleId="Elencocontinua">
    <w:name w:val="List Continue"/>
    <w:basedOn w:val="Normale"/>
    <w:uiPriority w:val="99"/>
    <w:unhideWhenUsed/>
    <w:rsid w:val="0029639D"/>
    <w:pPr>
      <w:spacing w:after="120"/>
      <w:ind w:left="360"/>
      <w:contextualSpacing/>
    </w:pPr>
  </w:style>
  <w:style w:type="paragraph" w:styleId="Elencocontinua2">
    <w:name w:val="List Continue 2"/>
    <w:basedOn w:val="Normale"/>
    <w:uiPriority w:val="99"/>
    <w:unhideWhenUsed/>
    <w:rsid w:val="0029639D"/>
    <w:pPr>
      <w:spacing w:after="120"/>
      <w:ind w:left="720"/>
      <w:contextualSpacing/>
    </w:pPr>
  </w:style>
  <w:style w:type="paragraph" w:styleId="Elencocontinua3">
    <w:name w:val="List Continue 3"/>
    <w:basedOn w:val="Normale"/>
    <w:uiPriority w:val="99"/>
    <w:unhideWhenUsed/>
    <w:rsid w:val="0029639D"/>
    <w:pPr>
      <w:spacing w:after="120"/>
      <w:ind w:left="1080"/>
      <w:contextualSpacing/>
    </w:pPr>
  </w:style>
  <w:style w:type="paragraph" w:styleId="Testomacro">
    <w:name w:val="macro"/>
    <w:link w:val="TestomacroCarattere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stomacroCarattere">
    <w:name w:val="Testo macro Carattere"/>
    <w:basedOn w:val="Carpredefinitoparagrafo"/>
    <w:link w:val="Testomacro"/>
    <w:uiPriority w:val="99"/>
    <w:rsid w:val="0029639D"/>
    <w:rPr>
      <w:rFonts w:ascii="Courier" w:hAnsi="Courier"/>
      <w:sz w:val="20"/>
      <w:szCs w:val="20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FC693F"/>
    <w:rPr>
      <w:i/>
      <w:iCs/>
      <w:color w:val="000000" w:themeColor="text1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FC693F"/>
    <w:rPr>
      <w:i/>
      <w:iCs/>
      <w:color w:val="000000" w:themeColor="text1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idascalia">
    <w:name w:val="caption"/>
    <w:basedOn w:val="Normale"/>
    <w:next w:val="Normale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Enfasigrassetto">
    <w:name w:val="Strong"/>
    <w:basedOn w:val="Carpredefinitoparagrafo"/>
    <w:uiPriority w:val="22"/>
    <w:qFormat/>
    <w:rsid w:val="00FC693F"/>
    <w:rPr>
      <w:b/>
      <w:bCs/>
    </w:rPr>
  </w:style>
  <w:style w:type="character" w:styleId="Enfasicorsivo">
    <w:name w:val="Emphasis"/>
    <w:basedOn w:val="Carpredefinitoparagrafo"/>
    <w:uiPriority w:val="20"/>
    <w:qFormat/>
    <w:rsid w:val="00FC693F"/>
    <w:rPr>
      <w:i/>
      <w:iCs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FC693F"/>
    <w:rPr>
      <w:b/>
      <w:bCs/>
      <w:i/>
      <w:iCs/>
      <w:color w:val="4F81BD" w:themeColor="accent1"/>
    </w:rPr>
  </w:style>
  <w:style w:type="character" w:styleId="Enfasidelicata">
    <w:name w:val="Subtle Emphasis"/>
    <w:basedOn w:val="Carpredefinitoparagrafo"/>
    <w:uiPriority w:val="19"/>
    <w:qFormat/>
    <w:rsid w:val="00FC693F"/>
    <w:rPr>
      <w:i/>
      <w:iCs/>
      <w:color w:val="808080" w:themeColor="text1" w:themeTint="7F"/>
    </w:rPr>
  </w:style>
  <w:style w:type="character" w:styleId="Enfasiintensa">
    <w:name w:val="Intense Emphasis"/>
    <w:basedOn w:val="Carpredefinitoparagrafo"/>
    <w:uiPriority w:val="21"/>
    <w:qFormat/>
    <w:rsid w:val="00FC693F"/>
    <w:rPr>
      <w:b/>
      <w:bCs/>
      <w:i/>
      <w:iCs/>
      <w:color w:val="4F81BD" w:themeColor="accent1"/>
    </w:rPr>
  </w:style>
  <w:style w:type="character" w:styleId="Riferimentodelicato">
    <w:name w:val="Subtle Reference"/>
    <w:basedOn w:val="Carpredefinitoparagrafo"/>
    <w:uiPriority w:val="31"/>
    <w:qFormat/>
    <w:rsid w:val="00FC693F"/>
    <w:rPr>
      <w:smallCaps/>
      <w:color w:val="C0504D" w:themeColor="accent2"/>
      <w:u w:val="single"/>
    </w:rPr>
  </w:style>
  <w:style w:type="character" w:styleId="Riferimentointenso">
    <w:name w:val="Intense Reference"/>
    <w:basedOn w:val="Carpredefinitoparagraf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olodellibro">
    <w:name w:val="Book Title"/>
    <w:basedOn w:val="Carpredefinitoparagrafo"/>
    <w:uiPriority w:val="33"/>
    <w:qFormat/>
    <w:rsid w:val="00FC693F"/>
    <w:rPr>
      <w:b/>
      <w:bCs/>
      <w:smallCaps/>
      <w:spacing w:val="5"/>
    </w:rPr>
  </w:style>
  <w:style w:type="paragraph" w:styleId="Titolosommario">
    <w:name w:val="TOC Heading"/>
    <w:basedOn w:val="Titolo1"/>
    <w:next w:val="Normale"/>
    <w:uiPriority w:val="39"/>
    <w:semiHidden/>
    <w:unhideWhenUsed/>
    <w:qFormat/>
    <w:rsid w:val="00FC693F"/>
    <w:pPr>
      <w:outlineLvl w:val="9"/>
    </w:pPr>
  </w:style>
  <w:style w:type="table" w:styleId="Grigliatabella">
    <w:name w:val="Table Grid"/>
    <w:basedOn w:val="Tabellanormale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fondochiaro">
    <w:name w:val="Light Shading"/>
    <w:basedOn w:val="Tabellanormale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fondochiaro-Colore1">
    <w:name w:val="Light Shading Accent 1"/>
    <w:basedOn w:val="Tabellanormale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fondochiaro-Colore2">
    <w:name w:val="Light Shading Accent 2"/>
    <w:basedOn w:val="Tabellanormale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fondochiaro-Colore3">
    <w:name w:val="Light Shading Accent 3"/>
    <w:basedOn w:val="Tabellanormale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fondochiaro-Colore4">
    <w:name w:val="Light Shading Accent 4"/>
    <w:basedOn w:val="Tabellanormale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fondochiaro-Colore5">
    <w:name w:val="Light Shading Accent 5"/>
    <w:basedOn w:val="Tabellanormale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fondochiaro-Colore6">
    <w:name w:val="Light Shading Accent 6"/>
    <w:basedOn w:val="Tabellanormale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Elencochiaro">
    <w:name w:val="Light List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Elencochiaro-Colore1">
    <w:name w:val="Light List Accent 1"/>
    <w:basedOn w:val="Tabellanormale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Elencochiaro-Colore2">
    <w:name w:val="Light List Accent 2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Elencochiaro-Colore3">
    <w:name w:val="Light List Accent 3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Elencochiaro-Colore4">
    <w:name w:val="Light List Accent 4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Elencochiaro-Colore5">
    <w:name w:val="Light List Accent 5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Elencochiaro-Colore6">
    <w:name w:val="Light List Accent 6"/>
    <w:basedOn w:val="Tabellanormale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gliachiara">
    <w:name w:val="Light Grid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gliachiara-Colore1">
    <w:name w:val="Light Grid Accent 1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gliachiara-Colore2">
    <w:name w:val="Light Grid Accent 2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gliachiara-Colore3">
    <w:name w:val="Light Grid Accent 3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gliachiara-Colore4">
    <w:name w:val="Light Grid Accent 4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gliachiara-Colore5">
    <w:name w:val="Light Grid Accent 5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gliachiara-Colore6">
    <w:name w:val="Light Grid Accent 6"/>
    <w:basedOn w:val="Tabellanormale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fondomedio1">
    <w:name w:val="Medium Shading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1">
    <w:name w:val="Medium Shading 1 Accent 1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2">
    <w:name w:val="Medium Shading 1 Accent 2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3">
    <w:name w:val="Medium Shading 1 Accent 3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4">
    <w:name w:val="Medium Shading 1 Accent 4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5">
    <w:name w:val="Medium Shading 1 Accent 5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1-Colore6">
    <w:name w:val="Medium Shading 1 Accent 6"/>
    <w:basedOn w:val="Tabellanormale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fondomedio2">
    <w:name w:val="Medium Shading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1">
    <w:name w:val="Medium Shading 2 Accent 1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2">
    <w:name w:val="Medium Shading 2 Accent 2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3">
    <w:name w:val="Medium Shading 2 Accent 3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4">
    <w:name w:val="Medium Shading 2 Accent 4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5">
    <w:name w:val="Medium Shading 2 Accent 5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fondomedio2-Colore6">
    <w:name w:val="Medium Shading 2 Accent 6"/>
    <w:basedOn w:val="Tabellanormale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Elencomedio1">
    <w:name w:val="Medium Lis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Elencomedio1-Colore1">
    <w:name w:val="Medium List 1 Accent 1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Elencomedio1-Colore2">
    <w:name w:val="Medium List 1 Accent 2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Elencomedio1-Colore3">
    <w:name w:val="Medium List 1 Accent 3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Elencomedio1-Colore4">
    <w:name w:val="Medium List 1 Accent 4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Elencomedio1-Colore5">
    <w:name w:val="Medium List 1 Accent 5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Elencomedio1-Colore6">
    <w:name w:val="Medium List 1 Accent 6"/>
    <w:basedOn w:val="Tabellanormale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Elencomedio2">
    <w:name w:val="Medium Lis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1">
    <w:name w:val="Medium List 2 Accent 1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2">
    <w:name w:val="Medium List 2 Accent 2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3">
    <w:name w:val="Medium List 2 Accent 3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4">
    <w:name w:val="Medium List 2 Accent 4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5">
    <w:name w:val="Medium List 2 Accent 5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Elencomedio2-Colore6">
    <w:name w:val="Medium List 2 Accent 6"/>
    <w:basedOn w:val="Tabellanormale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gliamedia1">
    <w:name w:val="Medium Grid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media1-Colore1">
    <w:name w:val="Medium Grid 1 Accent 1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media1-Colore2">
    <w:name w:val="Medium Grid 1 Accent 2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media1-Colore3">
    <w:name w:val="Medium Grid 1 Accent 3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media1-Colore4">
    <w:name w:val="Medium Grid 1 Accent 4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media1-Colore5">
    <w:name w:val="Medium Grid 1 Accent 5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media1-Colore6">
    <w:name w:val="Medium Grid 1 Accent 6"/>
    <w:basedOn w:val="Tabellanormale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gliamedia2">
    <w:name w:val="Medium Grid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1">
    <w:name w:val="Medium Grid 2 Accent 1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2">
    <w:name w:val="Medium Grid 2 Accent 2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3">
    <w:name w:val="Medium Grid 2 Accent 3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4">
    <w:name w:val="Medium Grid 2 Accent 4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5">
    <w:name w:val="Medium Grid 2 Accent 5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2-Colore6">
    <w:name w:val="Medium Grid 2 Accent 6"/>
    <w:basedOn w:val="Tabellanormale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gliamedia3">
    <w:name w:val="Medium Grid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gliamedia3-Colore1">
    <w:name w:val="Medium Grid 3 Accent 1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gliamedia3-Colore2">
    <w:name w:val="Medium Grid 3 Accent 2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gliamedia3-Colore3">
    <w:name w:val="Medium Grid 3 Accent 3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gliamedia3-Colore4">
    <w:name w:val="Medium Grid 3 Accent 4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gliamedia3-Colore5">
    <w:name w:val="Medium Grid 3 Accent 5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gliamedia3-Colore6">
    <w:name w:val="Medium Grid 3 Accent 6"/>
    <w:basedOn w:val="Tabellanormale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Elencoscuro">
    <w:name w:val="Dark List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Elencoscuro-Colore1">
    <w:name w:val="Dark List Accent 1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Elencoscuro-Colore2">
    <w:name w:val="Dark List Accent 2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Elencoscuro-Colore3">
    <w:name w:val="Dark List Accent 3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Elencoscuro-Colore4">
    <w:name w:val="Dark List Accent 4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Elencoscuro-Colore5">
    <w:name w:val="Dark List Accent 5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Elencoscuro-Colore6">
    <w:name w:val="Dark List Accent 6"/>
    <w:basedOn w:val="Tabellanormale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fondoacolori">
    <w:name w:val="Colorful Shading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1">
    <w:name w:val="Colorful Shading Accent 1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2">
    <w:name w:val="Colorful Shading Accent 2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3">
    <w:name w:val="Colorful Shading Accent 3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fondoacolori-Colore4">
    <w:name w:val="Colorful Shading Accent 4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5">
    <w:name w:val="Colorful Shading Accent 5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fondoacolori-Colore6">
    <w:name w:val="Colorful Shading Accent 6"/>
    <w:basedOn w:val="Tabellanormale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Elencoacolori">
    <w:name w:val="Colorful List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Elencoacolori-Colore1">
    <w:name w:val="Colorful List Accent 1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Elencoacolori-Colore2">
    <w:name w:val="Colorful List Accent 2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Elencoacolori-Colore3">
    <w:name w:val="Colorful List Accent 3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Elencoacolori-Colore4">
    <w:name w:val="Colorful List Accent 4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Elencoacolori-Colore5">
    <w:name w:val="Colorful List Accent 5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Elencoacolori-Colore6">
    <w:name w:val="Colorful List Accent 6"/>
    <w:basedOn w:val="Tabellanormale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gliaacolori">
    <w:name w:val="Colorful Grid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gliaacolori-Colore1">
    <w:name w:val="Colorful Grid Accent 1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gliaacolori-Colore2">
    <w:name w:val="Colorful Grid Accent 2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gliaacolori-Colore3">
    <w:name w:val="Colorful Grid Accent 3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gliaacolori-Colore4">
    <w:name w:val="Colorful Grid Accent 4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gliaacolori-Colore5">
    <w:name w:val="Colorful Grid Accent 5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gliaacolori-Colore6">
    <w:name w:val="Colorful Grid Accent 6"/>
    <w:basedOn w:val="Tabellanormale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Collegamentoipertestuale">
    <w:name w:val="Hyperlink"/>
    <w:rsid w:val="00827F6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astelpoto@pec.cstsannio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712</Words>
  <Characters>4059</Characters>
  <Application>Microsoft Office Word</Application>
  <DocSecurity>0</DocSecurity>
  <Lines>33</Lines>
  <Paragraphs>9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4762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Addolorata Pontillo</cp:lastModifiedBy>
  <cp:revision>3</cp:revision>
  <dcterms:created xsi:type="dcterms:W3CDTF">2013-12-23T23:15:00Z</dcterms:created>
  <dcterms:modified xsi:type="dcterms:W3CDTF">2026-09-02T16:00:00Z</dcterms:modified>
  <cp:category/>
</cp:coreProperties>
</file>